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i w:val="0"/>
          <w:color w:val="0A3D62"/>
          <w:sz w:val="28"/>
        </w:rPr>
        <w:t>Baghdad College of Medical Sciences Journal (BCMSJ)</w:t>
      </w:r>
    </w:p>
    <w:p>
      <w:pPr>
        <w:jc w:val="center"/>
      </w:pPr>
      <w:r>
        <w:rPr>
          <w:rFonts w:ascii="Times New Roman" w:hAnsi="Times New Roman"/>
          <w:b/>
          <w:i w:val="0"/>
          <w:color w:val="0A3D62"/>
          <w:sz w:val="26"/>
        </w:rPr>
        <w:t>Manuscript Template</w:t>
      </w:r>
    </w:p>
    <w:p/>
    <w:p>
      <w:pPr>
        <w:jc w:val="left"/>
      </w:pPr>
      <w:r>
        <w:rPr>
          <w:rFonts w:ascii="Times New Roman" w:hAnsi="Times New Roman"/>
          <w:b/>
          <w:i w:val="0"/>
          <w:color w:val="0A3D62"/>
          <w:sz w:val="24"/>
        </w:rPr>
        <w:t>TITLE PAGE</w:t>
      </w:r>
    </w:p>
    <w:p/>
    <w:p>
      <w:pPr>
        <w:jc w:val="center"/>
      </w:pPr>
      <w:r>
        <w:rPr>
          <w:rFonts w:ascii="Times New Roman" w:hAnsi="Times New Roman"/>
          <w:b/>
          <w:i w:val="0"/>
          <w:sz w:val="28"/>
        </w:rPr>
        <w:t>Title of the Manuscript</w:t>
      </w:r>
    </w:p>
    <w:p/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[Full title — concise and informative, no abbreviations]</w:t>
      </w:r>
    </w:p>
    <w:p/>
    <w:p>
      <w:pPr>
        <w:jc w:val="left"/>
      </w:pPr>
      <w:r>
        <w:rPr>
          <w:rFonts w:ascii="Times New Roman" w:hAnsi="Times New Roman"/>
          <w:b/>
          <w:i w:val="0"/>
          <w:sz w:val="24"/>
        </w:rPr>
        <w:t>Authors: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[First Author¹, Second Author², Third Author¹]</w:t>
      </w:r>
    </w:p>
    <w:p/>
    <w:p>
      <w:pPr>
        <w:jc w:val="left"/>
      </w:pPr>
      <w:r>
        <w:rPr>
          <w:rFonts w:ascii="Times New Roman" w:hAnsi="Times New Roman"/>
          <w:b/>
          <w:i w:val="0"/>
          <w:sz w:val="24"/>
        </w:rPr>
        <w:t>Affiliations: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[¹ Department, Institution, City, Country]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[² Department, Institution, City, Country]</w:t>
      </w:r>
    </w:p>
    <w:p/>
    <w:p>
      <w:pPr>
        <w:jc w:val="left"/>
      </w:pPr>
      <w:r>
        <w:rPr>
          <w:rFonts w:ascii="Times New Roman" w:hAnsi="Times New Roman"/>
          <w:b/>
          <w:i w:val="0"/>
          <w:sz w:val="24"/>
        </w:rPr>
        <w:t>Corresponding Author: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[Name, email address, phone number, ORCID (if available)]</w:t>
      </w:r>
    </w:p>
    <w:p>
      <w:r>
        <w:br w:type="page"/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Abstract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[Provide a structured abstract of no more than 250 words. Include: Background, Objective, Methods, Results, and Conclusion.]</w:t>
      </w:r>
    </w:p>
    <w:p/>
    <w:p>
      <w:pPr>
        <w:jc w:val="left"/>
      </w:pPr>
      <w:r>
        <w:rPr>
          <w:rFonts w:ascii="Times New Roman" w:hAnsi="Times New Roman"/>
          <w:b/>
          <w:i w:val="0"/>
          <w:sz w:val="24"/>
        </w:rPr>
        <w:t>Keywords: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[Provide 3–6 keywords, separated by semicolons]</w:t>
      </w:r>
    </w:p>
    <w:p>
      <w:r>
        <w:br w:type="page"/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Introduction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[Provide the background and context for the study. State the research problem, its significance, and the objective of the study. End with the aim or hypothesis.]</w:t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Materials and Methods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[Describe the study design, setting, participants/samples, procedures, instruments, and statistical analysis used. Include ethics approval statement.]</w:t>
      </w:r>
    </w:p>
    <w:p/>
    <w:p>
      <w:pPr>
        <w:jc w:val="left"/>
      </w:pPr>
      <w:r>
        <w:rPr>
          <w:rFonts w:ascii="Times New Roman" w:hAnsi="Times New Roman"/>
          <w:b/>
          <w:i/>
          <w:sz w:val="24"/>
        </w:rPr>
        <w:t>Ethics Statement: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[This study was approved by the Institutional Review Board / Ethics Committee of _______ (approval number: _______). Informed consent was obtained from all participants.]</w:t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Results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[Present the findings clearly. Use tables and figures where appropriate. Do not repeat data in both text and tables.]</w:t>
      </w:r>
    </w:p>
    <w:p/>
    <w:p>
      <w:pPr>
        <w:jc w:val="left"/>
      </w:pPr>
      <w:r>
        <w:rPr>
          <w:rFonts w:ascii="Times New Roman" w:hAnsi="Times New Roman"/>
          <w:b/>
          <w:i/>
          <w:sz w:val="24"/>
        </w:rPr>
        <w:t>Table 1.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[Table title here. Tables should be numbered consecutively and placed at the end of the manuscript or embedded in the text.]</w:t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Discussion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[Interpret the results in the context of existing literature. Discuss the significance, implications, limitations, and suggestions for future research.]</w:t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Conclusion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[Summarize the main findings and their implications. Keep it brief — 1 to 2 paragraphs.]</w:t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Acknowledgements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[Acknowledge individuals or organizations that contributed to the work but do not meet authorship criteria. Declare funding sources.]</w:t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Conflicts of Interest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[The authors declare no conflicts of interest. / OR describe any conflicts.]</w:t>
      </w:r>
    </w:p>
    <w:p>
      <w:pPr>
        <w:pStyle w:val="Heading1"/>
        <w:jc w:val="left"/>
      </w:pPr>
      <w:r>
        <w:rPr>
          <w:rFonts w:ascii="Times New Roman" w:hAnsi="Times New Roman" w:cs="Times New Roman"/>
          <w:rFonts w:ascii="Times New Roman" w:hAnsi="Times New Roman"/>
          <w:color w:val="0A3D62"/>
        </w:rPr>
        <w:t>References</w:t>
      </w:r>
    </w:p>
    <w:p>
      <w:pPr>
        <w:jc w:val="left"/>
      </w:pPr>
      <w:r>
        <w:rPr>
          <w:rFonts w:ascii="Times New Roman" w:hAnsi="Times New Roman"/>
          <w:b w:val="0"/>
          <w:i/>
          <w:sz w:val="22"/>
        </w:rPr>
        <w:t>References must follow the Vancouver style, numbered consecutively in the order they appear in the text.</w:t>
      </w:r>
    </w:p>
    <w:p/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[1] Author AA, Author BB. Title of article. Journal Name. Year;Volume(Issue):Pages. doi:xx.xxxx/xxxxx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[2] Author CC. Title of book. Edition. City: Publisher; Year.</w:t>
      </w:r>
    </w:p>
    <w:p>
      <w:pPr>
        <w:jc w:val="left"/>
      </w:pPr>
      <w:r>
        <w:rPr>
          <w:rFonts w:ascii="Times New Roman" w:hAnsi="Times New Roman"/>
          <w:b w:val="0"/>
          <w:i/>
          <w:color w:val="808080"/>
          <w:sz w:val="24"/>
        </w:rPr>
        <w:t>[3] ...</w:t>
      </w:r>
    </w:p>
    <w:sectPr w:rsidR="00FC693F" w:rsidRPr="0006063C" w:rsidSect="000346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